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E125" w14:textId="179A5DDE" w:rsidR="00AC39D6" w:rsidRDefault="00CD622C" w:rsidP="00AC39D6">
      <w:pPr>
        <w:pStyle w:val="Heading1"/>
        <w:jc w:val="center"/>
      </w:pPr>
      <w:r>
        <w:rPr>
          <w:noProof/>
        </w:rPr>
        <w:drawing>
          <wp:inline distT="0" distB="0" distL="0" distR="0" wp14:anchorId="180FCB52" wp14:editId="384BAF5F">
            <wp:extent cx="1605915" cy="1605915"/>
            <wp:effectExtent l="0" t="0" r="0" b="0"/>
            <wp:docPr id="327970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70673" name="Picture 3279706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5927" cy="160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A927" w14:textId="28F9037F" w:rsidR="007C4E34" w:rsidRPr="00AC39D6" w:rsidRDefault="00000000">
      <w:pPr>
        <w:pStyle w:val="Heading1"/>
        <w:jc w:val="center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Family Support &amp; Child Therapy Intake Form</w:t>
      </w:r>
    </w:p>
    <w:p w14:paraId="6C72B368" w14:textId="77777777" w:rsidR="00AC39D6" w:rsidRPr="00AC39D6" w:rsidRDefault="00AC39D6" w:rsidP="00AC39D6"/>
    <w:p w14:paraId="575113EF" w14:textId="4E8E2193" w:rsidR="007C4E34" w:rsidRPr="00AC39D6" w:rsidRDefault="00000000">
      <w:r w:rsidRPr="00AC39D6">
        <w:t>Thank you for taking the time to complete this form. The information you share will help me understand your child and family’s strengths, needs and goals</w:t>
      </w:r>
      <w:r w:rsidR="00AC39D6">
        <w:t xml:space="preserve"> </w:t>
      </w:r>
      <w:r w:rsidRPr="00AC39D6">
        <w:t>and ensure support feels safe, supportive and tailored to your family.</w:t>
      </w:r>
      <w:r w:rsidRPr="00AC39D6">
        <w:br/>
      </w:r>
      <w:r w:rsidRPr="00AC39D6">
        <w:br/>
        <w:t>Services are provided by an HCPC-registered Occupational Therapist.</w:t>
      </w:r>
    </w:p>
    <w:p w14:paraId="5C769EB3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Parent / Carer Information</w:t>
      </w:r>
    </w:p>
    <w:p w14:paraId="6C296653" w14:textId="1697F76E" w:rsidR="007C4E34" w:rsidRPr="00AC39D6" w:rsidRDefault="00000000">
      <w:r w:rsidRPr="00AC39D6">
        <w:t>Parent/Carer Name(s): _________________________________________________________________________________________________________</w:t>
      </w:r>
    </w:p>
    <w:p w14:paraId="4D4F02D7" w14:textId="4A9EDC12" w:rsidR="007C4E34" w:rsidRPr="00AC39D6" w:rsidRDefault="00000000">
      <w:r w:rsidRPr="00AC39D6">
        <w:t>Relationship to Child: _________________________________________________________________________________________________________</w:t>
      </w:r>
    </w:p>
    <w:p w14:paraId="6B2CE0D9" w14:textId="2B1C2826" w:rsidR="007C4E34" w:rsidRPr="00AC39D6" w:rsidRDefault="00000000">
      <w:r w:rsidRPr="00AC39D6">
        <w:t>Home Address: _________________________________________________________________________________________________________</w:t>
      </w:r>
    </w:p>
    <w:p w14:paraId="74C64F1B" w14:textId="36147A26" w:rsidR="007C4E34" w:rsidRPr="00AC39D6" w:rsidRDefault="00000000">
      <w:r w:rsidRPr="00AC39D6">
        <w:t>Phone Number: _________________________________________________________________________________________________________</w:t>
      </w:r>
    </w:p>
    <w:p w14:paraId="7FE2B548" w14:textId="39BA2B1B" w:rsidR="007C4E34" w:rsidRPr="00AC39D6" w:rsidRDefault="00000000">
      <w:r w:rsidRPr="00AC39D6">
        <w:t>Email Address: _________________________________________________________________________________________________________</w:t>
      </w:r>
    </w:p>
    <w:p w14:paraId="3751988C" w14:textId="77777777" w:rsidR="007C4E34" w:rsidRPr="00AC39D6" w:rsidRDefault="00000000">
      <w:r w:rsidRPr="00AC39D6">
        <w:t xml:space="preserve">Preferred Method of Contact: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Phone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Email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Text Message</w:t>
      </w:r>
    </w:p>
    <w:p w14:paraId="50560368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Support Requested</w:t>
      </w:r>
    </w:p>
    <w:p w14:paraId="7F3661F9" w14:textId="5A2C1096" w:rsidR="007C4E34" w:rsidRPr="00AC39D6" w:rsidRDefault="00000000">
      <w:r w:rsidRPr="00AC39D6">
        <w:t>Please indicate the type of support you are currently looking for:</w:t>
      </w:r>
    </w:p>
    <w:p w14:paraId="645979F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Child Therapy Sessions</w:t>
      </w:r>
    </w:p>
    <w:p w14:paraId="57A8601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Parent Support / Coaching Sessions</w:t>
      </w:r>
    </w:p>
    <w:p w14:paraId="717AC251" w14:textId="77777777" w:rsidR="007C4E34" w:rsidRPr="00AC39D6" w:rsidRDefault="00000000">
      <w:r w:rsidRPr="00AC39D6">
        <w:rPr>
          <w:rFonts w:ascii="Segoe UI Symbol" w:hAnsi="Segoe UI Symbol" w:cs="Segoe UI Symbol"/>
        </w:rPr>
        <w:lastRenderedPageBreak/>
        <w:t>☐</w:t>
      </w:r>
      <w:r w:rsidRPr="00AC39D6">
        <w:t xml:space="preserve"> Combination of Parent &amp; Child Support</w:t>
      </w:r>
    </w:p>
    <w:p w14:paraId="0D7DA29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Unsure – I would appreciate guidance on what may be most helpful</w:t>
      </w:r>
    </w:p>
    <w:p w14:paraId="27D2B2B4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Child Information (if applicable)</w:t>
      </w:r>
    </w:p>
    <w:p w14:paraId="591E59F0" w14:textId="678530C4" w:rsidR="007C4E34" w:rsidRPr="00AC39D6" w:rsidRDefault="00000000">
      <w:r w:rsidRPr="00AC39D6">
        <w:t>Child’s Full Name: _________________________________________________________________________________________________________</w:t>
      </w:r>
    </w:p>
    <w:p w14:paraId="03B19CB3" w14:textId="7BACCD14" w:rsidR="007C4E34" w:rsidRPr="00AC39D6" w:rsidRDefault="00000000">
      <w:r w:rsidRPr="00AC39D6">
        <w:t>Date of Birth: _________________________________________________________________________________________________________</w:t>
      </w:r>
    </w:p>
    <w:p w14:paraId="4194C9CF" w14:textId="2F447E77" w:rsidR="007C4E34" w:rsidRPr="00AC39D6" w:rsidRDefault="00000000">
      <w:r w:rsidRPr="00AC39D6">
        <w:t>Age: _________________________________________________________________________________________________________</w:t>
      </w:r>
    </w:p>
    <w:p w14:paraId="4C9F4AAA" w14:textId="71B45AFE" w:rsidR="007C4E34" w:rsidRPr="00AC39D6" w:rsidRDefault="00000000">
      <w:r w:rsidRPr="00AC39D6">
        <w:t>School / Nursery / Setting: _________________________________________________________________________________________________________</w:t>
      </w:r>
    </w:p>
    <w:p w14:paraId="20460991" w14:textId="2F13B238" w:rsidR="007C4E34" w:rsidRPr="00AC39D6" w:rsidRDefault="00000000">
      <w:r w:rsidRPr="00AC39D6">
        <w:t>Current Year Group: _________________________________________________________________________________________________________</w:t>
      </w:r>
    </w:p>
    <w:p w14:paraId="39E9CEE0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Reason for Referral</w:t>
      </w:r>
    </w:p>
    <w:p w14:paraId="26740D0B" w14:textId="6D55499E" w:rsidR="007C4E34" w:rsidRPr="00AC39D6" w:rsidRDefault="00000000">
      <w:r w:rsidRPr="00AC39D6">
        <w:t>Please share a little about your current concerns, challenges, or reasons for seeking support:</w:t>
      </w:r>
    </w:p>
    <w:p w14:paraId="4D251E63" w14:textId="44EA2FC4" w:rsidR="007C4E34" w:rsidRPr="00AC39D6" w:rsidRDefault="00000000">
      <w:r w:rsidRPr="00AC39D6">
        <w:t>_________________________________________________________________________________________________________</w:t>
      </w:r>
    </w:p>
    <w:p w14:paraId="240B8911" w14:textId="64484E21" w:rsidR="007C4E34" w:rsidRPr="00AC39D6" w:rsidRDefault="00000000">
      <w:r w:rsidRPr="00AC39D6">
        <w:t>_________________________________________________________________________________________________________</w:t>
      </w:r>
    </w:p>
    <w:p w14:paraId="6996277E" w14:textId="67373BA1" w:rsidR="007C4E34" w:rsidRPr="00AC39D6" w:rsidRDefault="00000000">
      <w:r w:rsidRPr="00AC39D6">
        <w:t>_________________________________________________________________________________________________________</w:t>
      </w:r>
    </w:p>
    <w:p w14:paraId="4075F034" w14:textId="4CF78FFD" w:rsidR="007C4E34" w:rsidRPr="00AC39D6" w:rsidRDefault="00000000">
      <w:r w:rsidRPr="00AC39D6">
        <w:t>_________________________________________________________________________________________________________</w:t>
      </w:r>
    </w:p>
    <w:p w14:paraId="4A347E9F" w14:textId="5EFBF154" w:rsidR="007C4E34" w:rsidRPr="00AC39D6" w:rsidRDefault="00000000">
      <w:r w:rsidRPr="00AC39D6">
        <w:t>What support are you hoping to receive for your child and/or family?</w:t>
      </w:r>
    </w:p>
    <w:p w14:paraId="5AEA6F1B" w14:textId="7BF611EE" w:rsidR="007C4E34" w:rsidRPr="00AC39D6" w:rsidRDefault="00000000">
      <w:r w:rsidRPr="00AC39D6">
        <w:t>_________________________________________________________________________________________________________</w:t>
      </w:r>
    </w:p>
    <w:p w14:paraId="6EB53460" w14:textId="65752B73" w:rsidR="007C4E34" w:rsidRPr="00AC39D6" w:rsidRDefault="00000000">
      <w:r w:rsidRPr="00AC39D6">
        <w:t>________________________________________________________________________________________________________</w:t>
      </w:r>
    </w:p>
    <w:p w14:paraId="38A73159" w14:textId="363D5617" w:rsidR="007C4E34" w:rsidRPr="00AC39D6" w:rsidRDefault="00000000">
      <w:r w:rsidRPr="00AC39D6">
        <w:t>_________________________________________________________________________________________________________</w:t>
      </w:r>
    </w:p>
    <w:p w14:paraId="5848CE14" w14:textId="02D6D307" w:rsidR="007C4E34" w:rsidRPr="00AC39D6" w:rsidRDefault="00000000">
      <w:r w:rsidRPr="00AC39D6">
        <w:t>What are some of your child or family’s strengths, interests or qualities?</w:t>
      </w:r>
    </w:p>
    <w:p w14:paraId="7C16C4AE" w14:textId="4C30E9EE" w:rsidR="007C4E34" w:rsidRPr="00AC39D6" w:rsidRDefault="00000000">
      <w:r w:rsidRPr="00AC39D6">
        <w:t>_________________________________________________________________________________________________________</w:t>
      </w:r>
    </w:p>
    <w:p w14:paraId="10844B3D" w14:textId="6310493F" w:rsidR="007C4E34" w:rsidRPr="00AC39D6" w:rsidRDefault="00000000">
      <w:r w:rsidRPr="00AC39D6">
        <w:t>_________________________________________________________________________________________________________</w:t>
      </w:r>
    </w:p>
    <w:p w14:paraId="1C9DCAE8" w14:textId="77777777" w:rsidR="00AC39D6" w:rsidRDefault="00AC39D6">
      <w:pPr>
        <w:pStyle w:val="Heading2"/>
        <w:rPr>
          <w:rFonts w:asciiTheme="minorHAnsi" w:hAnsiTheme="minorHAnsi"/>
          <w:color w:val="auto"/>
        </w:rPr>
      </w:pPr>
    </w:p>
    <w:p w14:paraId="3E4718BC" w14:textId="2098AFD2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Development, Health &amp; Family Information</w:t>
      </w:r>
    </w:p>
    <w:p w14:paraId="59AC3ECB" w14:textId="066A5E8E" w:rsidR="007C4E34" w:rsidRPr="00AC39D6" w:rsidRDefault="00000000">
      <w:r w:rsidRPr="00AC39D6">
        <w:t>Are there any diagnoses, identified needs, medical information or important family circumstances you would like me to be aware of?</w:t>
      </w:r>
    </w:p>
    <w:p w14:paraId="3FF1CA76" w14:textId="02661077" w:rsidR="007C4E34" w:rsidRPr="00AC39D6" w:rsidRDefault="00000000">
      <w:r w:rsidRPr="00AC39D6">
        <w:t>_________________________________________________________________________________________________________</w:t>
      </w:r>
    </w:p>
    <w:p w14:paraId="1D10C262" w14:textId="77777777" w:rsidR="00AC39D6" w:rsidRPr="00AC39D6" w:rsidRDefault="00000000">
      <w:r w:rsidRPr="00AC39D6">
        <w:t>_________________________________________________________________________________________________________</w:t>
      </w:r>
    </w:p>
    <w:p w14:paraId="59B08B25" w14:textId="23DB35D5" w:rsidR="007C4E34" w:rsidRPr="00AC39D6" w:rsidRDefault="00000000">
      <w:r w:rsidRPr="00AC39D6">
        <w:t>Has your child or family received support from any professionals or services previously/currently?</w:t>
      </w:r>
    </w:p>
    <w:p w14:paraId="64D6F177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Occupational Therapy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Speech &amp; Language Therapy</w:t>
      </w:r>
    </w:p>
    <w:p w14:paraId="24FA5912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CAMHS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Educational Psychologist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Play Therapist</w:t>
      </w:r>
    </w:p>
    <w:p w14:paraId="3337BE2A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School SEN Support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Other: ________________________________________</w:t>
      </w:r>
    </w:p>
    <w:p w14:paraId="7C8714B1" w14:textId="77777777" w:rsidR="007C4E34" w:rsidRPr="00AC39D6" w:rsidRDefault="007C4E34"/>
    <w:p w14:paraId="6531B66C" w14:textId="77777777" w:rsidR="007C4E34" w:rsidRPr="00AC39D6" w:rsidRDefault="00000000">
      <w:r w:rsidRPr="00AC39D6">
        <w:t>Additional information:</w:t>
      </w:r>
    </w:p>
    <w:p w14:paraId="35F8CE55" w14:textId="08B1880F" w:rsidR="007C4E34" w:rsidRPr="00AC39D6" w:rsidRDefault="00000000">
      <w:r w:rsidRPr="00AC39D6">
        <w:t>_________________________________________________________________________________________________________</w:t>
      </w:r>
    </w:p>
    <w:p w14:paraId="25106BAC" w14:textId="1DBD535C" w:rsidR="007C4E34" w:rsidRPr="00AC39D6" w:rsidRDefault="00000000">
      <w:r w:rsidRPr="00AC39D6">
        <w:t>_________________________________________________________________________________________________________</w:t>
      </w:r>
    </w:p>
    <w:p w14:paraId="01FF6255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Parent Support Information</w:t>
      </w:r>
    </w:p>
    <w:p w14:paraId="71EAB85B" w14:textId="0333B4D6" w:rsidR="007C4E34" w:rsidRPr="00AC39D6" w:rsidRDefault="00000000">
      <w:r w:rsidRPr="00AC39D6">
        <w:t xml:space="preserve">If you are seeking parent support, what areas would feel most helpful </w:t>
      </w:r>
      <w:proofErr w:type="gramStart"/>
      <w:r w:rsidRPr="00AC39D6">
        <w:t>at the moment</w:t>
      </w:r>
      <w:proofErr w:type="gramEnd"/>
      <w:r w:rsidRPr="00AC39D6">
        <w:t>?</w:t>
      </w:r>
    </w:p>
    <w:p w14:paraId="54AF68C1" w14:textId="715C70A1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Emotional support</w:t>
      </w:r>
    </w:p>
    <w:p w14:paraId="68528AF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Understanding behaviour and emotional regulation</w:t>
      </w:r>
    </w:p>
    <w:p w14:paraId="41A9A07C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Neurodivergent support strategies</w:t>
      </w:r>
    </w:p>
    <w:p w14:paraId="237E99D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Sensory regulation support</w:t>
      </w:r>
    </w:p>
    <w:p w14:paraId="4AE01941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Parenting confidence</w:t>
      </w:r>
    </w:p>
    <w:p w14:paraId="1235B825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School-related support</w:t>
      </w:r>
    </w:p>
    <w:p w14:paraId="31E61BA4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Co-regulation and connection strategies</w:t>
      </w:r>
    </w:p>
    <w:p w14:paraId="63BF1EE5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Family wellbeing and routines</w:t>
      </w:r>
    </w:p>
    <w:p w14:paraId="36111980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Other: ______________________________________________________________</w:t>
      </w:r>
    </w:p>
    <w:p w14:paraId="490C02F7" w14:textId="77777777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lastRenderedPageBreak/>
        <w:t>Practical Information</w:t>
      </w:r>
    </w:p>
    <w:p w14:paraId="181837AC" w14:textId="0259CCE0" w:rsidR="007C4E34" w:rsidRPr="00AC39D6" w:rsidRDefault="00000000">
      <w:r w:rsidRPr="00AC39D6">
        <w:t>Preferred Session Location:</w:t>
      </w:r>
    </w:p>
    <w:p w14:paraId="741C7EFF" w14:textId="77777777" w:rsidR="007C4E34" w:rsidRPr="00AC39D6" w:rsidRDefault="00000000">
      <w:r w:rsidRPr="00AC39D6">
        <w:rPr>
          <w:rFonts w:ascii="Segoe UI Symbol" w:hAnsi="Segoe UI Symbol" w:cs="Segoe UI Symbol"/>
        </w:rPr>
        <w:t>☐</w:t>
      </w:r>
      <w:r w:rsidRPr="00AC39D6">
        <w:t xml:space="preserve"> Clinic/Therapy Room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School/Nursery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Home Visit        </w:t>
      </w:r>
      <w:r w:rsidRPr="00AC39D6">
        <w:rPr>
          <w:rFonts w:ascii="Segoe UI Symbol" w:hAnsi="Segoe UI Symbol" w:cs="Segoe UI Symbol"/>
        </w:rPr>
        <w:t>☐</w:t>
      </w:r>
      <w:r w:rsidRPr="00AC39D6">
        <w:t xml:space="preserve"> Online</w:t>
      </w:r>
    </w:p>
    <w:p w14:paraId="4CEB6D5F" w14:textId="4A154E91" w:rsidR="007C4E34" w:rsidRPr="00AC39D6" w:rsidRDefault="00000000">
      <w:r w:rsidRPr="00AC39D6">
        <w:t>Preferred Days/Times: _________________________________________________________________________________________________________</w:t>
      </w:r>
    </w:p>
    <w:p w14:paraId="32A7B3B8" w14:textId="77777777" w:rsidR="00AC39D6" w:rsidRPr="00AC39D6" w:rsidRDefault="00AC39D6">
      <w:pPr>
        <w:pStyle w:val="Heading2"/>
        <w:rPr>
          <w:rFonts w:asciiTheme="minorHAnsi" w:hAnsiTheme="minorHAnsi"/>
          <w:color w:val="auto"/>
        </w:rPr>
      </w:pPr>
    </w:p>
    <w:p w14:paraId="7ECFAF92" w14:textId="2E73FC6D" w:rsidR="007C4E34" w:rsidRPr="00AC39D6" w:rsidRDefault="00000000">
      <w:pPr>
        <w:pStyle w:val="Heading2"/>
        <w:rPr>
          <w:rFonts w:asciiTheme="minorHAnsi" w:hAnsiTheme="minorHAnsi"/>
          <w:color w:val="auto"/>
        </w:rPr>
      </w:pPr>
      <w:r w:rsidRPr="00AC39D6">
        <w:rPr>
          <w:rFonts w:asciiTheme="minorHAnsi" w:hAnsiTheme="minorHAnsi"/>
          <w:color w:val="auto"/>
        </w:rPr>
        <w:t>Consent &amp; Agreements</w:t>
      </w:r>
    </w:p>
    <w:p w14:paraId="008F80FC" w14:textId="77777777" w:rsidR="007C4E34" w:rsidRPr="00AC39D6" w:rsidRDefault="00000000">
      <w:r w:rsidRPr="00AC39D6">
        <w:t>Confidentiality</w:t>
      </w:r>
    </w:p>
    <w:p w14:paraId="2545D055" w14:textId="77777777" w:rsidR="00AC39D6" w:rsidRPr="00AC39D6" w:rsidRDefault="00000000">
      <w:r w:rsidRPr="00AC39D6">
        <w:t>Information shared during sessions is treated respectfully and confidentially unless there are safeguarding concerns regarding the safety of the child or others</w:t>
      </w:r>
    </w:p>
    <w:p w14:paraId="41D8A8AC" w14:textId="0256065A" w:rsidR="007C4E34" w:rsidRPr="00AC39D6" w:rsidRDefault="00000000">
      <w:r w:rsidRPr="00AC39D6">
        <w:t>Cancellation Policy</w:t>
      </w:r>
    </w:p>
    <w:p w14:paraId="2FCBB86F" w14:textId="77777777" w:rsidR="007C4E34" w:rsidRPr="00AC39D6" w:rsidRDefault="00000000">
      <w:r w:rsidRPr="00AC39D6">
        <w:t>Please provide at least 24 hours’ notice for cancellations where possible. Appointments cancelled with less than 24 hours’ notice may be charged at 50% of the session fee.</w:t>
      </w:r>
    </w:p>
    <w:p w14:paraId="0A10EB8A" w14:textId="77777777" w:rsidR="007C4E34" w:rsidRPr="00AC39D6" w:rsidRDefault="00000000">
      <w:r w:rsidRPr="00AC39D6">
        <w:t>Consent</w:t>
      </w:r>
    </w:p>
    <w:p w14:paraId="4628B8D1" w14:textId="77777777" w:rsidR="007C4E34" w:rsidRPr="00AC39D6" w:rsidRDefault="00000000">
      <w:r w:rsidRPr="00AC39D6">
        <w:t>I confirm that the information provided is accurate to the best of my knowledge and consent to therapeutic assessment/support.</w:t>
      </w:r>
    </w:p>
    <w:p w14:paraId="2346FFCC" w14:textId="77777777" w:rsidR="007C4E34" w:rsidRPr="00AC39D6" w:rsidRDefault="007C4E34"/>
    <w:p w14:paraId="75CFEEBA" w14:textId="1B23CD13" w:rsidR="007C4E34" w:rsidRPr="00AC39D6" w:rsidRDefault="00000000">
      <w:r w:rsidRPr="00AC39D6">
        <w:t>Parent/Carer Signature: _________________________________________________________________________________________________________</w:t>
      </w:r>
    </w:p>
    <w:p w14:paraId="4506498F" w14:textId="77777777" w:rsidR="007C4E34" w:rsidRPr="00AC39D6" w:rsidRDefault="007C4E34"/>
    <w:p w14:paraId="1D40D3AF" w14:textId="477F1FE7" w:rsidR="007C4E34" w:rsidRPr="00AC39D6" w:rsidRDefault="00000000">
      <w:r w:rsidRPr="00AC39D6">
        <w:t>Date: _________________________________________________________________________________________________________</w:t>
      </w:r>
    </w:p>
    <w:sectPr w:rsidR="007C4E34" w:rsidRPr="00AC39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396434">
    <w:abstractNumId w:val="8"/>
  </w:num>
  <w:num w:numId="2" w16cid:durableId="1917667086">
    <w:abstractNumId w:val="6"/>
  </w:num>
  <w:num w:numId="3" w16cid:durableId="1278753235">
    <w:abstractNumId w:val="5"/>
  </w:num>
  <w:num w:numId="4" w16cid:durableId="737630007">
    <w:abstractNumId w:val="4"/>
  </w:num>
  <w:num w:numId="5" w16cid:durableId="1070537331">
    <w:abstractNumId w:val="7"/>
  </w:num>
  <w:num w:numId="6" w16cid:durableId="937105580">
    <w:abstractNumId w:val="3"/>
  </w:num>
  <w:num w:numId="7" w16cid:durableId="469448025">
    <w:abstractNumId w:val="2"/>
  </w:num>
  <w:num w:numId="8" w16cid:durableId="1951087618">
    <w:abstractNumId w:val="1"/>
  </w:num>
  <w:num w:numId="9" w16cid:durableId="190371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C4E34"/>
    <w:rsid w:val="00861480"/>
    <w:rsid w:val="008A523E"/>
    <w:rsid w:val="00AA1D8D"/>
    <w:rsid w:val="00AC39D6"/>
    <w:rsid w:val="00B47730"/>
    <w:rsid w:val="00CB0664"/>
    <w:rsid w:val="00CD622C"/>
    <w:rsid w:val="00F47A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E2B8F"/>
  <w14:defaultImageDpi w14:val="300"/>
  <w15:docId w15:val="{7F5ACD76-5133-4E14-A830-362F3438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Cousins</cp:lastModifiedBy>
  <cp:revision>2</cp:revision>
  <dcterms:created xsi:type="dcterms:W3CDTF">2026-08-20T12:54:00Z</dcterms:created>
  <dcterms:modified xsi:type="dcterms:W3CDTF">2026-08-20T12:54:00Z</dcterms:modified>
  <cp:category/>
</cp:coreProperties>
</file>